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38"/>
        </w:rPr>
        <w:t>RODGERS BIWOTT</w:t>
      </w:r>
    </w:p>
    <w:p>
      <w:pPr>
        <w:spacing w:after="20"/>
        <w:jc w:val="center"/>
      </w:pPr>
      <w:r>
        <w:rPr>
          <w:rFonts w:ascii="Arial" w:hAnsi="Arial"/>
          <w:b/>
          <w:sz w:val="23"/>
        </w:rPr>
        <w:t>SENIOR DEVOPS, DEVSECOPS &amp; PLATFORM ENGINEER</w:t>
      </w:r>
    </w:p>
    <w:p>
      <w:pPr>
        <w:spacing w:after="80"/>
        <w:jc w:val="center"/>
      </w:pPr>
      <w:r>
        <w:rPr>
          <w:sz w:val="17"/>
        </w:rPr>
        <w:t>Nairobi, Kenya | 0706346215 | rodgersbiwott2016@gmail.com | linkedin.com/in/rodgersbiwott | github.com/kiplongu</w:t>
      </w:r>
    </w:p>
    <w:p>
      <w:pPr>
        <w:pStyle w:val="Heading1"/>
      </w:pPr>
      <w:r>
        <w:t>PROFESSIONAL SUMMARY</w:t>
      </w:r>
    </w:p>
    <w:p>
      <w:r>
        <w:t>Senior DevOps, DevSecOps and Platform Engineer with 7+ years of experience designing, securing and operating cloud-native platforms across AWS, Azure and Kubernetes. Strong hands-on background in CI/CD, GitOps, infrastructure as code, software supply-chain security, observability, incident response, automation and platform reliability. Experienced in building client-facing observability and DevSecOps capabilities while embedding security controls throughout the software delivery lifecycle.</w:t>
      </w:r>
    </w:p>
    <w:p>
      <w:pPr>
        <w:pStyle w:val="Heading1"/>
      </w:pPr>
      <w:r>
        <w:t>CORE EXPERTISE</w:t>
      </w:r>
    </w:p>
    <w:p>
      <w:r>
        <w:t>DevSecOps &amp; Software Supply Chain | Kubernetes &amp; Helm | ArgoCD GitOps | CI/CD &amp; Release Governance | Terraform &amp; Ansible | AWS &amp; Azure | Security Automation | Prometheus, Grafana &amp; OpenTelemetry | SRE, Backup &amp; Disaster Recovery | HashiCorp Vault &amp; RBAC | Linux | PostgreSQL</w:t>
      </w:r>
    </w:p>
    <w:p>
      <w:pPr>
        <w:pStyle w:val="Heading1"/>
      </w:pPr>
      <w:r>
        <w:t>PROFESSIONAL EXPERIENCE</w:t>
      </w:r>
    </w:p>
    <w:p>
      <w:pPr>
        <w:spacing w:before="60" w:after="20"/>
      </w:pPr>
      <w:r>
        <w:rPr>
          <w:b/>
          <w:sz w:val="19"/>
        </w:rPr>
        <w:t>Senior DevOps &amp; DevSecOps Engineer | Avantech Ltd | Remote | Nov 2025 - Present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Designed and maintained enterprise CI/CD pipelines using Jenkins and Azure DevOps across 70+ repositories, standardizing build, test, security validation, artifact publishing and deployment workflows.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Embedded DevSecOps controls into delivery pipelines using SonarQube, Trivy, OWASP ZAP, OWASP Dependency-Check, Checkov and HashiCorp Vault, enabling earlier detection of code, dependency, container and infrastructure risks.</w:t>
      </w:r>
    </w:p>
    <w:p>
      <w:pPr>
        <w:spacing w:after="26"/>
        <w:ind w:left="202" w:hanging="158"/>
      </w:pPr>
      <w:r>
        <w:rPr>
          <w:b w:val="0"/>
        </w:rPr>
        <w:t>• Designed and maintained AKS platforms using ArgoCD, Helm and GitOps, with immutable releases, automated staging reconciliation, controlled production promotion and auditable rollback through Git.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Automated infrastructure provisioning, environment configuration and operational tasks using Terraform, Ansible, PowerShell and Bash, reducing repetitive manual work and improving environment consistency.</w:t>
      </w:r>
    </w:p>
    <w:p>
      <w:pPr>
        <w:spacing w:after="26"/>
        <w:ind w:left="202" w:hanging="158"/>
      </w:pPr>
      <w:r>
        <w:rPr>
          <w:b w:val="0"/>
        </w:rPr>
        <w:t>• Built platform observability with OpenTelemetry, Prometheus, Grafana, Loki and Tempo, including service health, logs, traces, SLOs and burn-rate alerting to improve troubleshooting and incident response.</w:t>
      </w:r>
    </w:p>
    <w:p>
      <w:pPr>
        <w:spacing w:after="26"/>
        <w:ind w:left="202" w:hanging="158"/>
      </w:pPr>
      <w:r>
        <w:rPr>
          <w:b w:val="0"/>
        </w:rPr>
        <w:t>• Built automated Windows application provisioning and test pipelines using Jenkins, PowerShell, FlaUI, Playwright, NUnit and Allure; documented architecture, troubleshooting, operational runbooks and recovery procedures.</w:t>
      </w:r>
    </w:p>
    <w:p>
      <w:pPr>
        <w:spacing w:before="60" w:after="20"/>
      </w:pPr>
      <w:r>
        <w:rPr>
          <w:b/>
          <w:sz w:val="19"/>
        </w:rPr>
        <w:t>Senior DevOps Engineer | Crafted Systems Ltd | Nairobi, Kenya | Jan 2025 - Oct 2025</w:t>
      </w:r>
    </w:p>
    <w:p>
      <w:pPr>
        <w:spacing w:after="26"/>
        <w:ind w:left="202" w:hanging="158"/>
      </w:pPr>
      <w:r>
        <w:rPr>
          <w:b w:val="0"/>
        </w:rPr>
        <w:t>• Bootstrapped and operated highly available RKE2 Kubernetes clusters on bare metal using Ansible, Kube-VIP and MetalLB; operated platform storage and data services with Longhorn, Ceph, MinIO and Redis.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Implemented ArgoCD and Jenkins delivery pipelines with SonarQube, Trivy and Harbor security controls, integrating security validation into deployment workflows.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Integrated HashiCorp Vault for Kubernetes secret delivery and strengthened access controls and credential management across workloads.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Implemented KEDA and HPA for Kafka-based event-driven workloads and deployed Prometheus, Grafana and OpenTelemetry for distributed-service observability.</w:t>
      </w:r>
    </w:p>
    <w:p>
      <w:pPr>
        <w:spacing w:before="60" w:after="20"/>
      </w:pPr>
      <w:r>
        <w:rPr>
          <w:b/>
          <w:sz w:val="19"/>
        </w:rPr>
        <w:t>Senior DevSecOps Engineer | Nathan Digital | Nairobi, Kenya | Jul 2023 - Dec 2024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Automated AWS infrastructure across EC2, ECS and EKS using Terraform, Ansible and Python, improving repeatability and reducing manual provisioning.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Applied Kubernetes and cloud security controls using Istio, CIS benchmarks, Falco, RBAC, Checkov and Kube-Scan to identify and reduce infrastructure and runtime security risks.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Implemented ArgoCD GitOps and CI/CD security gates with SonarQube, Trivy, OWASP ZAP and InSpec, embedding security testing into software delivery.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Built observability with Prometheus, Grafana and OpenTelemetry and supported workload migration from Docker Swarm and EC2 to ECS/EKS.</w:t>
      </w:r>
    </w:p>
    <w:p>
      <w:pPr>
        <w:pageBreakBefore/>
        <w:spacing w:before="60" w:after="20"/>
      </w:pPr>
      <w:r>
        <w:rPr>
          <w:b/>
          <w:sz w:val="19"/>
        </w:rPr>
        <w:t>DevOps Engineer | Uamuzi Foundation | Nairobi, Kenya | Apr 2022 - Jun 2023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Implemented ArgoCD GitOps workflows and automated Azure infrastructure delivery using Terraform.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Orchestrated Docker and Kubernetes workloads behind NGINX Ingress and improved platform reliability through Prometheus and Grafana monitoring.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Partnered with development teams to standardize automated testing, CI pipelines and secure production delivery practices.</w:t>
      </w:r>
    </w:p>
    <w:p>
      <w:pPr>
        <w:spacing w:before="60" w:after="20"/>
      </w:pPr>
      <w:r>
        <w:rPr>
          <w:b/>
          <w:sz w:val="19"/>
        </w:rPr>
        <w:t>DevOps Engineer | ISON Technologies | Nairobi, Kenya | Apr 2019 - Mar 2022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Built CI/CD pipelines with Jenkins, Git, Maven and Ansible and automated deployments to AWS EKS and Azure AKS using Docker, Kubernetes and Terraform.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Integrated NGINX Ingress, cert-manager, MetalLB and HashiCorp Vault to strengthen traffic management, TLS certificate automation and secrets management.</w:t>
      </w:r>
    </w:p>
    <w:p>
      <w:pPr>
        <w:spacing w:after="26"/>
        <w:ind w:left="202" w:hanging="158"/>
      </w:pPr>
      <w:r>
        <w:rPr>
          <w:b w:val="0"/>
        </w:rPr>
        <w:t xml:space="preserve">• </w:t>
      </w:r>
      <w:r>
        <w:rPr>
          <w:b w:val="0"/>
        </w:rPr>
        <w:t>Implemented Prometheus, Grafana and ELK-based observability for infrastructure and application operations, supporting faster troubleshooting and operational visibility.</w:t>
      </w:r>
    </w:p>
    <w:p>
      <w:pPr>
        <w:pStyle w:val="Heading1"/>
      </w:pPr>
      <w:r>
        <w:t>EDUCATION</w:t>
      </w:r>
    </w:p>
    <w:p>
      <w:r>
        <w:rPr>
          <w:b/>
        </w:rPr>
        <w:t>Bachelor of Science in Information Communication Technology</w:t>
      </w:r>
      <w:r>
        <w:br/>
        <w:t>Jaramogi Oginga Odinga University of Science and Technology (JOOUST) | Bondo, Kenya | Second Class Upper Division</w:t>
      </w:r>
    </w:p>
    <w:p>
      <w:pPr>
        <w:pStyle w:val="Heading1"/>
      </w:pPr>
      <w:r>
        <w:t>TECHNICAL SKILLS</w:t>
      </w:r>
    </w:p>
    <w:p>
      <w:pPr>
        <w:spacing w:after="16"/>
      </w:pPr>
      <w:r>
        <w:rPr>
          <w:b/>
        </w:rPr>
        <w:t xml:space="preserve">Cloud: </w:t>
      </w:r>
      <w:r>
        <w:t>AWS, Microsoft Azure, Google Cloud Platform, Oracle Cloud Infrastructure</w:t>
      </w:r>
    </w:p>
    <w:p>
      <w:pPr>
        <w:spacing w:after="16"/>
      </w:pPr>
      <w:r>
        <w:rPr>
          <w:b/>
        </w:rPr>
        <w:t>Containers &amp; Platform:</w:t>
      </w:r>
      <w:r>
        <w:t xml:space="preserve"> Docker, Kubernetes, RKE2, AKS, EKS, OpenShift, Helm, Kustomize, ArgoCD, FluxCD, Istio, Velero, NGINX Ingress, MetalLB, Kube-VIP, KEDA, HPA</w:t>
      </w:r>
    </w:p>
    <w:p>
      <w:pPr>
        <w:spacing w:after="16"/>
      </w:pPr>
      <w:r>
        <w:rPr>
          <w:b/>
        </w:rPr>
        <w:t xml:space="preserve">CI/CD &amp; Release: </w:t>
      </w:r>
      <w:r>
        <w:t>Jenkins, Azure DevOps, GitHub Actions, GitLab CI/CD, Bitbucket Pipelines, Tekton, GitOps, Playwright, NUnit, Allure</w:t>
      </w:r>
    </w:p>
    <w:p>
      <w:pPr>
        <w:spacing w:after="16"/>
      </w:pPr>
      <w:r>
        <w:rPr>
          <w:b/>
        </w:rPr>
        <w:t xml:space="preserve">Infrastructure as Code &amp; Automation: </w:t>
      </w:r>
      <w:r>
        <w:t>Terraform, Ansible, PowerShell, Bash, Python</w:t>
      </w:r>
    </w:p>
    <w:p>
      <w:pPr>
        <w:spacing w:after="16"/>
      </w:pPr>
      <w:r>
        <w:rPr>
          <w:b/>
        </w:rPr>
        <w:t xml:space="preserve">DevSecOps &amp; Security: </w:t>
      </w:r>
      <w:r>
        <w:t>SonarQube, CodeQL, Trivy, OWASP ZAP, OWASP Dependency-Check, Checkov, Gitleaks, Falco, kube-bench, Nuclei, InSpec, CycloneDX SBOM, HashiCorp Vault, Keycloak, RBAC, CIS Kubernetes Benchmark</w:t>
      </w:r>
    </w:p>
    <w:p>
      <w:pPr>
        <w:spacing w:after="16"/>
      </w:pPr>
      <w:r>
        <w:rPr>
          <w:b/>
        </w:rPr>
        <w:t>Observability:</w:t>
      </w:r>
      <w:r>
        <w:t xml:space="preserve"> OpenTelemetry, Prometheus, Grafana, Loki, Tempo, ELK Stack, Alertmanager, SLOs and burn-rate alerting</w:t>
      </w:r>
    </w:p>
    <w:p>
      <w:pPr>
        <w:spacing w:after="16"/>
      </w:pPr>
      <w:r>
        <w:rPr>
          <w:b/>
        </w:rPr>
        <w:t>Databases, Storage &amp; Recovery:</w:t>
      </w:r>
      <w:r>
        <w:rPr>
          <w:b w:val="0"/>
        </w:rPr>
        <w:t xml:space="preserve"> PostgreSQL, SQL Server, Redis, MinIO, Ceph, Longhorn, S3-compatible object storage, encrypted backups, restore verification and Velero recovery workflows</w:t>
      </w:r>
    </w:p>
    <w:p>
      <w:pPr>
        <w:spacing w:after="16"/>
      </w:pPr>
      <w:r>
        <w:rPr>
          <w:b/>
        </w:rPr>
        <w:t xml:space="preserve">Operating Systems: </w:t>
      </w:r>
      <w:r>
        <w:t>Ubuntu, RHEL, CentOS, Windows Server</w:t>
      </w:r>
    </w:p>
    <w:p>
      <w:pPr>
        <w:pStyle w:val="Heading1"/>
      </w:pPr>
      <w:r>
        <w:t>CERTIFICATIONS &amp; TRAINING</w:t>
      </w:r>
    </w:p>
    <w:p>
      <w:r>
        <w:t>Certified Kubernetes Administrator (CKA) | Kubernetes and Cloud Native Associate (KCNA) | Prometheus Certified Associate (PCA) | AWS Certified SysOps Administrator | Oracle Cloud Infrastructure DevOps Professional | Oracle Cloud Infrastructure CyberOps Associate</w:t>
      </w:r>
    </w:p>
    <w:p>
      <w:pPr>
        <w:spacing w:after="0"/>
      </w:pPr>
      <w:r>
        <w:t>Linux Foundation: Implementing DevSecOps (LFS262) | Introduction to DevSecOps (LFS144) | Introduction to DevSecOps for Managers (LFS180) | Linux Server Management and Security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Rodgers Biwott | Senior DevOps, DevSecOps &amp; Platform Engineer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Rodgers Biwott DevSecOps and Platform Engineer CV</dc:title>
  <dc:subject>Professional CV for DevSecOps and Platform Engineering roles</dc:subject>
  <dc:creator>Rodgers Biwott</dc:creator>
  <cp:keywords>DevOps, DevSecOps, Platform Engineering, Kubernetes, GitOps, Observability, SRE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